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CC8F" w14:textId="77777777" w:rsidR="001533FD" w:rsidRPr="008A16B3" w:rsidRDefault="009C5ED6">
      <w:pPr>
        <w:keepNext/>
        <w:spacing w:before="40" w:after="40"/>
        <w:jc w:val="center"/>
        <w:rPr>
          <w:lang w:val="hr-HR"/>
        </w:rPr>
      </w:pPr>
      <w:r w:rsidRPr="008A16B3">
        <w:rPr>
          <w:rFonts w:ascii="Aptos Display" w:hAnsi="Aptos Display"/>
          <w:b/>
          <w:color w:val="000000"/>
          <w:sz w:val="26"/>
          <w:lang w:val="hr-HR"/>
        </w:rPr>
        <w:t>ZAHTJEV ZA ODOBRENJE DOGAĐANJA NA FAKULTETU</w:t>
      </w:r>
    </w:p>
    <w:p w14:paraId="33EE3376" w14:textId="77777777" w:rsidR="001533FD" w:rsidRPr="008A16B3" w:rsidRDefault="009C5ED6">
      <w:pPr>
        <w:keepNext/>
        <w:spacing w:after="100"/>
        <w:jc w:val="center"/>
        <w:rPr>
          <w:lang w:val="hr-HR"/>
        </w:rPr>
      </w:pPr>
      <w:r w:rsidRPr="008A16B3">
        <w:rPr>
          <w:i/>
          <w:color w:val="5D6B78"/>
          <w:lang w:val="hr-HR"/>
        </w:rPr>
        <w:t>prema članku 5. Odluke o organizaciji gostujućih predavanja i drugih događanja</w:t>
      </w: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9975"/>
      </w:tblGrid>
      <w:tr w:rsidR="001533FD" w:rsidRPr="008A16B3" w14:paraId="29FA3D00" w14:textId="77777777">
        <w:trPr>
          <w:cantSplit/>
        </w:trPr>
        <w:tc>
          <w:tcPr>
            <w:tcW w:w="9975" w:type="dxa"/>
            <w:shd w:val="clear" w:color="auto" w:fill="F7FA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4390178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5D6B78"/>
                <w:sz w:val="15"/>
                <w:lang w:val="hr-HR"/>
              </w:rPr>
              <w:t>Zahtjev se podnosi dekanu najmanje 14 dana prije događanja. Javno najavljivanje i promocija dopušteni su tek nakon odobrenja. Obrazac se ne koristi za gostujuća predavanja iz članka 4. Odluke ni za događanja već obuhvaćena izvedbenim planom nastave ili radnim planom projekta.</w:t>
            </w:r>
          </w:p>
        </w:tc>
      </w:tr>
    </w:tbl>
    <w:p w14:paraId="0002EBC4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047"/>
        <w:gridCol w:w="26"/>
      </w:tblGrid>
      <w:tr w:rsidR="001533FD" w:rsidRPr="008A16B3" w14:paraId="35FC1C5C" w14:textId="77777777">
        <w:trPr>
          <w:gridAfter w:val="1"/>
          <w:wAfter w:w="26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B1B6B9D" w14:textId="7D572DBD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1 PODNOSITELJ ZAHTJEVA</w:t>
            </w:r>
          </w:p>
        </w:tc>
      </w:tr>
      <w:tr w:rsidR="001533FD" w:rsidRPr="008A16B3" w14:paraId="07DCBCF3" w14:textId="77777777" w:rsidTr="009C5ED6">
        <w:trPr>
          <w:cantSplit/>
          <w:trHeight w:val="403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3D8D12F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Status podnositelja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FDDB7B0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zaposlenik Fakulteta     ☐ student Fakulteta     ☐ vanjski dionik</w:t>
            </w:r>
          </w:p>
        </w:tc>
      </w:tr>
      <w:tr w:rsidR="001533FD" w:rsidRPr="008A16B3" w14:paraId="263B6197" w14:textId="77777777" w:rsidTr="009C5ED6">
        <w:trPr>
          <w:cantSplit/>
          <w:trHeight w:val="432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A4959DE" w14:textId="5F64B468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Ime i prezime</w:t>
            </w:r>
            <w:r w:rsidR="00A02DED" w:rsidRPr="008A16B3">
              <w:rPr>
                <w:b/>
                <w:color w:val="000000"/>
                <w:lang w:val="hr-HR"/>
              </w:rPr>
              <w:t xml:space="preserve">, </w:t>
            </w:r>
            <w:r w:rsidRPr="008A16B3">
              <w:rPr>
                <w:b/>
                <w:color w:val="000000"/>
                <w:lang w:val="hr-HR"/>
              </w:rPr>
              <w:t>organizacija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B097E34" w14:textId="77777777" w:rsidR="001533FD" w:rsidRPr="008A16B3" w:rsidRDefault="001533FD">
            <w:pPr>
              <w:spacing w:line="240" w:lineRule="auto"/>
              <w:rPr>
                <w:lang w:val="hr-HR"/>
              </w:rPr>
            </w:pPr>
          </w:p>
        </w:tc>
      </w:tr>
      <w:tr w:rsidR="001533FD" w:rsidRPr="008A16B3" w14:paraId="2A7B3084" w14:textId="77777777" w:rsidTr="009C5ED6">
        <w:trPr>
          <w:cantSplit/>
          <w:trHeight w:val="691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F1BA962" w14:textId="104F0AC2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Kontaktni podaci podnositelja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33DF209" w14:textId="0E245270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E-pošta: ____________________________</w:t>
            </w:r>
            <w:r w:rsidR="00C65C5D" w:rsidRPr="008A16B3">
              <w:rPr>
                <w:color w:val="000000"/>
                <w:lang w:val="hr-HR"/>
              </w:rPr>
              <w:t>_________</w:t>
            </w:r>
            <w:r w:rsidRPr="008A16B3">
              <w:rPr>
                <w:color w:val="000000"/>
                <w:lang w:val="hr-HR"/>
              </w:rPr>
              <w:t xml:space="preserve"> Telefon: ____________________</w:t>
            </w:r>
            <w:r w:rsidR="00C65C5D" w:rsidRPr="008A16B3">
              <w:rPr>
                <w:color w:val="000000"/>
                <w:lang w:val="hr-HR"/>
              </w:rPr>
              <w:t>_</w:t>
            </w:r>
          </w:p>
        </w:tc>
      </w:tr>
    </w:tbl>
    <w:p w14:paraId="53010B7F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10001" w:type="dxa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255"/>
        <w:gridCol w:w="7720"/>
        <w:gridCol w:w="26"/>
      </w:tblGrid>
      <w:tr w:rsidR="001533FD" w:rsidRPr="008A16B3" w14:paraId="5A28A572" w14:textId="77777777" w:rsidTr="00EC2BEC">
        <w:trPr>
          <w:gridAfter w:val="1"/>
          <w:wAfter w:w="26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A22F547" w14:textId="1B3FE594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2 PODACI O DOGAĐANJU</w:t>
            </w:r>
          </w:p>
        </w:tc>
      </w:tr>
      <w:tr w:rsidR="001533FD" w:rsidRPr="008A16B3" w14:paraId="5FD68DCC" w14:textId="77777777" w:rsidTr="00EC2BEC">
        <w:trPr>
          <w:cantSplit/>
          <w:trHeight w:val="1264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45FDB88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Naziv i oblik događanja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6A1307E" w14:textId="77777777" w:rsidR="00C65C5D" w:rsidRPr="008A16B3" w:rsidRDefault="009C5ED6" w:rsidP="00C65C5D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>Naziv: ______________________________________________________________________</w:t>
            </w:r>
            <w:r w:rsidR="00C65C5D" w:rsidRPr="008A16B3">
              <w:rPr>
                <w:color w:val="000000"/>
                <w:lang w:val="hr-HR"/>
              </w:rPr>
              <w:t>______________</w:t>
            </w:r>
          </w:p>
          <w:p w14:paraId="3A58C216" w14:textId="77777777" w:rsidR="00C65C5D" w:rsidRPr="008A16B3" w:rsidRDefault="00C65C5D" w:rsidP="00C65C5D">
            <w:pPr>
              <w:spacing w:line="240" w:lineRule="auto"/>
              <w:rPr>
                <w:color w:val="000000"/>
                <w:lang w:val="hr-HR"/>
              </w:rPr>
            </w:pPr>
          </w:p>
          <w:p w14:paraId="4C75D76F" w14:textId="11746BD0" w:rsidR="001533FD" w:rsidRPr="008A16B3" w:rsidRDefault="009C5ED6" w:rsidP="00C65C5D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>☐ konferencija   ☐ okrugli stol   ☐ tribina   ☐ radionica   ☐ drugo: __________</w:t>
            </w:r>
          </w:p>
        </w:tc>
      </w:tr>
      <w:tr w:rsidR="001533FD" w:rsidRPr="008A16B3" w14:paraId="4ED1D613" w14:textId="77777777" w:rsidTr="00EC2BEC">
        <w:trPr>
          <w:cantSplit/>
          <w:trHeight w:val="691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50AA818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Svrha i kratak opis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AABFA4B" w14:textId="77777777" w:rsidR="001533FD" w:rsidRPr="008A16B3" w:rsidRDefault="001533FD">
            <w:pPr>
              <w:spacing w:line="240" w:lineRule="auto"/>
              <w:rPr>
                <w:lang w:val="hr-HR"/>
              </w:rPr>
            </w:pPr>
          </w:p>
          <w:p w14:paraId="00E5AFEF" w14:textId="77777777" w:rsidR="009C5ED6" w:rsidRPr="008A16B3" w:rsidRDefault="009C5ED6">
            <w:pPr>
              <w:spacing w:line="240" w:lineRule="auto"/>
              <w:rPr>
                <w:lang w:val="hr-HR"/>
              </w:rPr>
            </w:pPr>
          </w:p>
          <w:p w14:paraId="04785211" w14:textId="77777777" w:rsidR="009C5ED6" w:rsidRPr="008A16B3" w:rsidRDefault="009C5ED6">
            <w:pPr>
              <w:spacing w:line="240" w:lineRule="auto"/>
              <w:rPr>
                <w:lang w:val="hr-HR"/>
              </w:rPr>
            </w:pPr>
          </w:p>
          <w:p w14:paraId="38667B46" w14:textId="77777777" w:rsidR="009C5ED6" w:rsidRPr="008A16B3" w:rsidRDefault="009C5ED6">
            <w:pPr>
              <w:spacing w:line="240" w:lineRule="auto"/>
              <w:rPr>
                <w:lang w:val="hr-HR"/>
              </w:rPr>
            </w:pPr>
          </w:p>
          <w:p w14:paraId="20C12B3B" w14:textId="77777777" w:rsidR="009C5ED6" w:rsidRPr="008A16B3" w:rsidRDefault="009C5ED6">
            <w:pPr>
              <w:spacing w:line="240" w:lineRule="auto"/>
              <w:rPr>
                <w:lang w:val="hr-HR"/>
              </w:rPr>
            </w:pPr>
          </w:p>
          <w:p w14:paraId="105E24FF" w14:textId="77777777" w:rsidR="009C5ED6" w:rsidRPr="008A16B3" w:rsidRDefault="009C5ED6">
            <w:pPr>
              <w:spacing w:line="240" w:lineRule="auto"/>
              <w:rPr>
                <w:lang w:val="hr-HR"/>
              </w:rPr>
            </w:pPr>
          </w:p>
          <w:p w14:paraId="3BB6BD15" w14:textId="77777777" w:rsidR="00646556" w:rsidRPr="008A16B3" w:rsidRDefault="00646556">
            <w:pPr>
              <w:spacing w:line="240" w:lineRule="auto"/>
              <w:rPr>
                <w:lang w:val="hr-HR"/>
              </w:rPr>
            </w:pPr>
          </w:p>
          <w:p w14:paraId="44DF8A84" w14:textId="2DA43A52" w:rsidR="009C5ED6" w:rsidRPr="008A16B3" w:rsidRDefault="009C5ED6">
            <w:pPr>
              <w:spacing w:line="240" w:lineRule="auto"/>
              <w:rPr>
                <w:lang w:val="hr-HR"/>
              </w:rPr>
            </w:pPr>
          </w:p>
        </w:tc>
      </w:tr>
      <w:tr w:rsidR="001533FD" w:rsidRPr="008A16B3" w14:paraId="4A4A180A" w14:textId="77777777" w:rsidTr="00EC2BEC">
        <w:trPr>
          <w:cantSplit/>
          <w:trHeight w:val="432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30E74DC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Termin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CA61395" w14:textId="3A954F18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Datum: ______________</w:t>
            </w:r>
            <w:r w:rsidR="00EC2BEC" w:rsidRPr="008A16B3">
              <w:rPr>
                <w:color w:val="000000"/>
                <w:lang w:val="hr-HR"/>
              </w:rPr>
              <w:t>___</w:t>
            </w:r>
            <w:r w:rsidRPr="008A16B3">
              <w:rPr>
                <w:color w:val="000000"/>
                <w:lang w:val="hr-HR"/>
              </w:rPr>
              <w:t xml:space="preserve">   Početak: ______</w:t>
            </w:r>
            <w:r w:rsidR="00EC2BEC" w:rsidRPr="008A16B3">
              <w:rPr>
                <w:color w:val="000000"/>
                <w:lang w:val="hr-HR"/>
              </w:rPr>
              <w:t>__</w:t>
            </w:r>
            <w:r w:rsidRPr="008A16B3">
              <w:rPr>
                <w:color w:val="000000"/>
                <w:lang w:val="hr-HR"/>
              </w:rPr>
              <w:t xml:space="preserve">   Završetak: ______</w:t>
            </w:r>
            <w:r w:rsidR="00EC2BEC" w:rsidRPr="008A16B3">
              <w:rPr>
                <w:color w:val="000000"/>
                <w:lang w:val="hr-HR"/>
              </w:rPr>
              <w:t>__</w:t>
            </w:r>
            <w:r w:rsidRPr="008A16B3">
              <w:rPr>
                <w:color w:val="000000"/>
                <w:lang w:val="hr-HR"/>
              </w:rPr>
              <w:t xml:space="preserve">   Priprema/raspremanje: __________</w:t>
            </w:r>
          </w:p>
        </w:tc>
      </w:tr>
      <w:tr w:rsidR="009C5ED6" w:rsidRPr="008A16B3" w14:paraId="19A23CC3" w14:textId="77777777" w:rsidTr="00EC2BEC">
        <w:trPr>
          <w:cantSplit/>
          <w:trHeight w:val="145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17891A77" w14:textId="3A2F3258" w:rsidR="009C5ED6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 xml:space="preserve">Način 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1C9111D" w14:textId="406EAE1C" w:rsidR="009C5ED6" w:rsidRPr="008A16B3" w:rsidRDefault="009C5ED6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 xml:space="preserve">☐ uživo   ☐ hibridno   ☐ mrežno      </w:t>
            </w:r>
          </w:p>
        </w:tc>
      </w:tr>
      <w:tr w:rsidR="009C5ED6" w:rsidRPr="008A16B3" w14:paraId="4BE25B88" w14:textId="77777777" w:rsidTr="00EC2BEC">
        <w:trPr>
          <w:cantSplit/>
          <w:trHeight w:val="145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2B6C514" w14:textId="61BA111B" w:rsidR="009C5ED6" w:rsidRPr="008A16B3" w:rsidRDefault="009C5ED6">
            <w:pPr>
              <w:spacing w:line="240" w:lineRule="auto"/>
              <w:rPr>
                <w:b/>
                <w:color w:val="000000"/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Pristup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8B39184" w14:textId="3CC72F4F" w:rsidR="009C5ED6" w:rsidRPr="008A16B3" w:rsidRDefault="009C5ED6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>☐ javno   ☐ uz prijavu   ☐ uz poziv   ☐ interno</w:t>
            </w:r>
          </w:p>
        </w:tc>
      </w:tr>
      <w:tr w:rsidR="001533FD" w:rsidRPr="008A16B3" w14:paraId="5CB5D318" w14:textId="77777777" w:rsidTr="00EC2BEC">
        <w:trPr>
          <w:cantSplit/>
          <w:trHeight w:val="648"/>
        </w:trPr>
        <w:tc>
          <w:tcPr>
            <w:tcW w:w="2255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001B34D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Sudionici i program</w:t>
            </w:r>
          </w:p>
        </w:tc>
        <w:tc>
          <w:tcPr>
            <w:tcW w:w="7746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C484CC4" w14:textId="07D46CAD" w:rsidR="001533FD" w:rsidRPr="008A16B3" w:rsidRDefault="008A16B3">
            <w:pPr>
              <w:spacing w:line="240" w:lineRule="auto"/>
              <w:rPr>
                <w:lang w:val="hr-HR"/>
              </w:rPr>
            </w:pPr>
            <w:r>
              <w:rPr>
                <w:color w:val="000000"/>
                <w:lang w:val="hr-HR"/>
              </w:rPr>
              <w:t>Okvirni</w:t>
            </w:r>
            <w:r w:rsidR="009C5ED6" w:rsidRPr="008A16B3">
              <w:rPr>
                <w:color w:val="000000"/>
                <w:lang w:val="hr-HR"/>
              </w:rPr>
              <w:t xml:space="preserve"> broj: ______   Ciljana skupina: ___________________________________________________</w:t>
            </w:r>
            <w:r w:rsidR="00EC2BEC" w:rsidRPr="008A16B3">
              <w:rPr>
                <w:color w:val="000000"/>
                <w:lang w:val="hr-HR"/>
              </w:rPr>
              <w:t>_________</w:t>
            </w:r>
            <w:r w:rsidR="009C5ED6" w:rsidRPr="008A16B3">
              <w:rPr>
                <w:color w:val="000000"/>
                <w:lang w:val="hr-HR"/>
              </w:rPr>
              <w:br/>
              <w:t>Program: ☐ priložen   ☐ naknadno   ☐ nije primjenjivo</w:t>
            </w:r>
          </w:p>
        </w:tc>
      </w:tr>
    </w:tbl>
    <w:p w14:paraId="467029E4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047"/>
        <w:gridCol w:w="26"/>
      </w:tblGrid>
      <w:tr w:rsidR="001533FD" w:rsidRPr="008A16B3" w14:paraId="2B5E5D51" w14:textId="77777777">
        <w:trPr>
          <w:gridAfter w:val="1"/>
          <w:wAfter w:w="26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5803F86D" w14:textId="77777777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3  ORGANIZACIJA I KLJUČNI SUDIONICI</w:t>
            </w:r>
          </w:p>
        </w:tc>
      </w:tr>
      <w:tr w:rsidR="001533FD" w:rsidRPr="008A16B3" w14:paraId="3B2F9BFF" w14:textId="77777777" w:rsidTr="009C5ED6">
        <w:trPr>
          <w:cantSplit/>
          <w:trHeight w:val="403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E2EBF98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Uloga Fakulteta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2791BE3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organizator     ☐ suorganizator     ☐ nije organizator/suorganizator</w:t>
            </w:r>
          </w:p>
        </w:tc>
      </w:tr>
      <w:tr w:rsidR="001533FD" w:rsidRPr="008A16B3" w14:paraId="42EE2F49" w14:textId="77777777" w:rsidTr="009C5ED6">
        <w:trPr>
          <w:cantSplit/>
          <w:trHeight w:val="432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2C8058E2" w14:textId="70DD7380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Drugi organizatori/suorganizatori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2DEA85F" w14:textId="55E54253" w:rsidR="001533FD" w:rsidRPr="008A16B3" w:rsidRDefault="001533FD">
            <w:pPr>
              <w:spacing w:line="240" w:lineRule="auto"/>
              <w:rPr>
                <w:lang w:val="hr-HR"/>
              </w:rPr>
            </w:pPr>
          </w:p>
        </w:tc>
      </w:tr>
      <w:tr w:rsidR="001533FD" w:rsidRPr="008A16B3" w14:paraId="5216F12F" w14:textId="77777777" w:rsidTr="009C5ED6">
        <w:trPr>
          <w:cantSplit/>
          <w:trHeight w:val="432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698D724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Odgovorna osoba na Fakultetu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0824ED3" w14:textId="27CA783A" w:rsidR="001533FD" w:rsidRPr="008A16B3" w:rsidRDefault="001533FD">
            <w:pPr>
              <w:spacing w:line="240" w:lineRule="auto"/>
              <w:rPr>
                <w:lang w:val="hr-HR"/>
              </w:rPr>
            </w:pPr>
          </w:p>
        </w:tc>
      </w:tr>
      <w:tr w:rsidR="001533FD" w:rsidRPr="008A16B3" w14:paraId="2F5D95B9" w14:textId="77777777" w:rsidTr="009C5ED6">
        <w:trPr>
          <w:cantSplit/>
          <w:trHeight w:val="677"/>
        </w:trPr>
        <w:tc>
          <w:tcPr>
            <w:tcW w:w="3928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52F6DB7" w14:textId="03BF603B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Govornici/gosti</w:t>
            </w:r>
          </w:p>
        </w:tc>
        <w:tc>
          <w:tcPr>
            <w:tcW w:w="6073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C8446C8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Ime, institucija i svojstvo (po potrebi priložiti popis):</w:t>
            </w:r>
            <w:r w:rsidRPr="008A16B3">
              <w:rPr>
                <w:color w:val="000000"/>
                <w:lang w:val="hr-HR"/>
              </w:rPr>
              <w:br/>
            </w:r>
          </w:p>
          <w:p w14:paraId="5E346DD6" w14:textId="77777777" w:rsidR="00410DE5" w:rsidRPr="008A16B3" w:rsidRDefault="00410DE5">
            <w:pPr>
              <w:spacing w:line="240" w:lineRule="auto"/>
              <w:rPr>
                <w:lang w:val="hr-HR"/>
              </w:rPr>
            </w:pPr>
          </w:p>
          <w:p w14:paraId="26A53B06" w14:textId="77777777" w:rsidR="00410DE5" w:rsidRPr="008A16B3" w:rsidRDefault="00410DE5">
            <w:pPr>
              <w:spacing w:line="240" w:lineRule="auto"/>
              <w:rPr>
                <w:lang w:val="hr-HR"/>
              </w:rPr>
            </w:pPr>
          </w:p>
          <w:p w14:paraId="4F83CAC5" w14:textId="77777777" w:rsidR="00410DE5" w:rsidRPr="008A16B3" w:rsidRDefault="00410DE5">
            <w:pPr>
              <w:spacing w:line="240" w:lineRule="auto"/>
              <w:rPr>
                <w:lang w:val="hr-HR"/>
              </w:rPr>
            </w:pPr>
          </w:p>
          <w:p w14:paraId="32FA52AE" w14:textId="77777777" w:rsidR="00410DE5" w:rsidRPr="008A16B3" w:rsidRDefault="00410DE5">
            <w:pPr>
              <w:spacing w:line="240" w:lineRule="auto"/>
              <w:rPr>
                <w:lang w:val="hr-HR"/>
              </w:rPr>
            </w:pPr>
          </w:p>
          <w:p w14:paraId="1790F6ED" w14:textId="4842AF8F" w:rsidR="00410DE5" w:rsidRPr="008A16B3" w:rsidRDefault="00410DE5">
            <w:pPr>
              <w:spacing w:line="240" w:lineRule="auto"/>
              <w:rPr>
                <w:lang w:val="hr-HR"/>
              </w:rPr>
            </w:pPr>
          </w:p>
        </w:tc>
      </w:tr>
    </w:tbl>
    <w:p w14:paraId="3445B9D1" w14:textId="77777777" w:rsidR="001533FD" w:rsidRPr="008A16B3" w:rsidRDefault="009C5ED6">
      <w:pPr>
        <w:rPr>
          <w:lang w:val="hr-HR"/>
        </w:rPr>
      </w:pPr>
      <w:r w:rsidRPr="008A16B3">
        <w:rPr>
          <w:lang w:val="hr-HR"/>
        </w:rPr>
        <w:br w:type="page"/>
      </w: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7186"/>
        <w:gridCol w:w="26"/>
      </w:tblGrid>
      <w:tr w:rsidR="001533FD" w:rsidRPr="008A16B3" w14:paraId="129D9FE1" w14:textId="77777777" w:rsidTr="009C5ED6">
        <w:trPr>
          <w:gridAfter w:val="1"/>
          <w:wAfter w:w="26" w:type="dxa"/>
          <w:cantSplit/>
          <w:trHeight w:val="360"/>
        </w:trPr>
        <w:tc>
          <w:tcPr>
            <w:tcW w:w="9980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1F65812" w14:textId="5358F3EC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lastRenderedPageBreak/>
              <w:t>4 PROSTOR I TEHNIČKE POTREBE</w:t>
            </w:r>
          </w:p>
        </w:tc>
      </w:tr>
      <w:tr w:rsidR="001533FD" w:rsidRPr="008A16B3" w14:paraId="019367B2" w14:textId="77777777" w:rsidTr="009C5ED6">
        <w:trPr>
          <w:cantSplit/>
          <w:trHeight w:val="432"/>
        </w:trPr>
        <w:tc>
          <w:tcPr>
            <w:tcW w:w="2794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40B3F99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Prostor i raspored</w:t>
            </w:r>
          </w:p>
        </w:tc>
        <w:tc>
          <w:tcPr>
            <w:tcW w:w="7212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B18D967" w14:textId="32E18899" w:rsidR="009C5ED6" w:rsidRPr="008A16B3" w:rsidRDefault="009C5ED6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 xml:space="preserve">Željena dvorana: ____________________ </w:t>
            </w:r>
          </w:p>
          <w:p w14:paraId="7E93A7A5" w14:textId="41F5BB22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standardni raspored   ☐ drugi: ______________</w:t>
            </w:r>
          </w:p>
        </w:tc>
      </w:tr>
      <w:tr w:rsidR="001533FD" w:rsidRPr="008A16B3" w14:paraId="7CFB399B" w14:textId="77777777" w:rsidTr="009C5ED6">
        <w:trPr>
          <w:cantSplit/>
          <w:trHeight w:val="490"/>
        </w:trPr>
        <w:tc>
          <w:tcPr>
            <w:tcW w:w="2794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EFDC9CB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Oprema i podrška</w:t>
            </w:r>
          </w:p>
        </w:tc>
        <w:tc>
          <w:tcPr>
            <w:tcW w:w="7212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9333814" w14:textId="2E2D2438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računalo/projektor   ☐ ozvučenje   ☐ mikrofoni   ☐ snimanje/</w:t>
            </w:r>
            <w:r w:rsidR="00A07DEE" w:rsidRPr="008A16B3">
              <w:rPr>
                <w:color w:val="000000"/>
                <w:lang w:val="hr-HR"/>
              </w:rPr>
              <w:t>strujanje</w:t>
            </w:r>
            <w:r w:rsidRPr="008A16B3">
              <w:rPr>
                <w:color w:val="000000"/>
                <w:lang w:val="hr-HR"/>
              </w:rPr>
              <w:t xml:space="preserve">   ☐ video</w:t>
            </w:r>
            <w:r w:rsidR="00A07DEE" w:rsidRPr="008A16B3">
              <w:rPr>
                <w:color w:val="000000"/>
                <w:lang w:val="hr-HR"/>
              </w:rPr>
              <w:t>-</w:t>
            </w:r>
            <w:r w:rsidRPr="008A16B3">
              <w:rPr>
                <w:color w:val="000000"/>
                <w:lang w:val="hr-HR"/>
              </w:rPr>
              <w:t>konferencija</w:t>
            </w:r>
          </w:p>
        </w:tc>
      </w:tr>
      <w:tr w:rsidR="001533FD" w:rsidRPr="008A16B3" w14:paraId="3031CCD4" w14:textId="77777777" w:rsidTr="00356A02">
        <w:trPr>
          <w:cantSplit/>
          <w:trHeight w:val="488"/>
        </w:trPr>
        <w:tc>
          <w:tcPr>
            <w:tcW w:w="2794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CDDEBD7" w14:textId="735E993C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 xml:space="preserve">Dodatne </w:t>
            </w:r>
            <w:r w:rsidR="00356A02" w:rsidRPr="008A16B3">
              <w:rPr>
                <w:b/>
                <w:color w:val="000000"/>
                <w:lang w:val="hr-HR"/>
              </w:rPr>
              <w:t>napomene</w:t>
            </w:r>
          </w:p>
        </w:tc>
        <w:tc>
          <w:tcPr>
            <w:tcW w:w="7212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8AD6CBF" w14:textId="403DC31F" w:rsidR="001533FD" w:rsidRPr="008A16B3" w:rsidRDefault="009C5ED6">
            <w:pPr>
              <w:spacing w:line="240" w:lineRule="auto"/>
              <w:rPr>
                <w:color w:val="000000"/>
                <w:lang w:val="hr-HR"/>
              </w:rPr>
            </w:pPr>
            <w:r w:rsidRPr="008A16B3">
              <w:rPr>
                <w:color w:val="000000"/>
                <w:lang w:val="hr-HR"/>
              </w:rPr>
              <w:t>☐ pristupačnost   ☐ registracija   ☐ catering   ☐ sigurnost   ☐ drugo: __________</w:t>
            </w:r>
          </w:p>
        </w:tc>
      </w:tr>
    </w:tbl>
    <w:p w14:paraId="018BBB29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7181"/>
        <w:gridCol w:w="26"/>
      </w:tblGrid>
      <w:tr w:rsidR="001533FD" w:rsidRPr="008A16B3" w14:paraId="1EFC9964" w14:textId="77777777">
        <w:trPr>
          <w:gridAfter w:val="1"/>
          <w:wAfter w:w="26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897B4B6" w14:textId="6CAF8466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5 JAVNA NAJAVA I OBILJEŽJA FAKULTETA</w:t>
            </w:r>
          </w:p>
        </w:tc>
      </w:tr>
      <w:tr w:rsidR="001533FD" w:rsidRPr="008A16B3" w14:paraId="0E791AA7" w14:textId="77777777" w:rsidTr="009C5ED6">
        <w:trPr>
          <w:cantSplit/>
          <w:trHeight w:val="432"/>
        </w:trPr>
        <w:tc>
          <w:tcPr>
            <w:tcW w:w="2794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B954627" w14:textId="2C398101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Javna najava/promocija</w:t>
            </w:r>
          </w:p>
        </w:tc>
        <w:tc>
          <w:tcPr>
            <w:tcW w:w="7207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8B1222F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da   ☐ ne      Kanali: _________________________________________________</w:t>
            </w:r>
          </w:p>
        </w:tc>
      </w:tr>
      <w:tr w:rsidR="001533FD" w:rsidRPr="008A16B3" w14:paraId="6E48A407" w14:textId="77777777" w:rsidTr="009C5ED6">
        <w:trPr>
          <w:cantSplit/>
          <w:trHeight w:val="706"/>
        </w:trPr>
        <w:tc>
          <w:tcPr>
            <w:tcW w:w="2794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7002746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Najava i obilježja Fakulteta</w:t>
            </w:r>
          </w:p>
        </w:tc>
        <w:tc>
          <w:tcPr>
            <w:tcW w:w="7207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BEF8185" w14:textId="012ACA4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Organizator naveden kao: __________________________________________</w:t>
            </w:r>
            <w:r w:rsidRPr="008A16B3">
              <w:rPr>
                <w:color w:val="000000"/>
                <w:lang w:val="hr-HR"/>
              </w:rPr>
              <w:br/>
              <w:t xml:space="preserve">Naziv/logotip: </w:t>
            </w:r>
            <w:r w:rsidR="008A16B3" w:rsidRPr="008A16B3">
              <w:rPr>
                <w:color w:val="000000"/>
                <w:lang w:val="hr-HR"/>
              </w:rPr>
              <w:t xml:space="preserve">  </w:t>
            </w:r>
            <w:r w:rsidRPr="008A16B3">
              <w:rPr>
                <w:color w:val="000000"/>
                <w:lang w:val="hr-HR"/>
              </w:rPr>
              <w:t>☐ Fakultet je (su)organizator   ☐ traži se odobrenje</w:t>
            </w:r>
          </w:p>
        </w:tc>
      </w:tr>
    </w:tbl>
    <w:p w14:paraId="73C9A324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10000" w:type="dxa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8145"/>
        <w:gridCol w:w="25"/>
      </w:tblGrid>
      <w:tr w:rsidR="001533FD" w:rsidRPr="008A16B3" w14:paraId="0D21E24A" w14:textId="77777777" w:rsidTr="0014212D">
        <w:trPr>
          <w:gridAfter w:val="1"/>
          <w:wAfter w:w="25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9848CFF" w14:textId="49EB8DE6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6 IZJAVA PODNOSITELJA</w:t>
            </w:r>
          </w:p>
        </w:tc>
      </w:tr>
      <w:tr w:rsidR="001533FD" w:rsidRPr="008A16B3" w14:paraId="6CAB0988" w14:textId="77777777" w:rsidTr="0014212D">
        <w:trPr>
          <w:cantSplit/>
          <w:trHeight w:val="778"/>
        </w:trPr>
        <w:tc>
          <w:tcPr>
            <w:tcW w:w="10000" w:type="dxa"/>
            <w:gridSpan w:val="3"/>
            <w:shd w:val="clear" w:color="auto" w:fill="F7FA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7F2E794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sz w:val="16"/>
                <w:lang w:val="hr-HR"/>
              </w:rPr>
              <w:t>☐ Potvrđujem da su podaci potpuni i točni.</w:t>
            </w:r>
            <w:r w:rsidRPr="008A16B3">
              <w:rPr>
                <w:color w:val="000000"/>
                <w:sz w:val="16"/>
                <w:lang w:val="hr-HR"/>
              </w:rPr>
              <w:br/>
              <w:t>☐ Razumijem da odobrenje prostora samo po sebi ne znači organizacijsku ili sadržajnu podršku Fakulteta.</w:t>
            </w:r>
            <w:r w:rsidRPr="008A16B3">
              <w:rPr>
                <w:color w:val="000000"/>
                <w:sz w:val="16"/>
                <w:lang w:val="hr-HR"/>
              </w:rPr>
              <w:br/>
              <w:t>☐ Obvezujem se ne objaviti najavu ni promotivne materijale prije odobrenja te jasno navesti organizatora i suorganizatore.</w:t>
            </w:r>
          </w:p>
        </w:tc>
      </w:tr>
      <w:tr w:rsidR="001533FD" w:rsidRPr="008A16B3" w14:paraId="2E05EEC0" w14:textId="77777777" w:rsidTr="0014212D">
        <w:trPr>
          <w:cantSplit/>
          <w:trHeight w:val="461"/>
        </w:trPr>
        <w:tc>
          <w:tcPr>
            <w:tcW w:w="1830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8998E67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Datum, ime i potpis</w:t>
            </w:r>
          </w:p>
        </w:tc>
        <w:tc>
          <w:tcPr>
            <w:tcW w:w="8170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5F90A1E" w14:textId="789B2C6E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Datum: ______________ Ime i prezime: ___________________________________   Potpis: ____________________</w:t>
            </w:r>
          </w:p>
        </w:tc>
      </w:tr>
    </w:tbl>
    <w:p w14:paraId="34A50B06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2652"/>
        <w:gridCol w:w="7323"/>
        <w:gridCol w:w="26"/>
      </w:tblGrid>
      <w:tr w:rsidR="001533FD" w:rsidRPr="008A16B3" w14:paraId="5E43A8D9" w14:textId="77777777">
        <w:trPr>
          <w:gridAfter w:val="1"/>
          <w:wAfter w:w="26" w:type="dxa"/>
          <w:cantSplit/>
          <w:trHeight w:val="360"/>
        </w:trPr>
        <w:tc>
          <w:tcPr>
            <w:tcW w:w="9975" w:type="dxa"/>
            <w:gridSpan w:val="2"/>
            <w:shd w:val="clear" w:color="auto" w:fill="1F4E78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AA4C5C3" w14:textId="702EAE8F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0"/>
                <w:lang w:val="hr-HR"/>
              </w:rPr>
              <w:t>7 SLUŽBENA OBRADA I ODLUKA DEKANA</w:t>
            </w:r>
          </w:p>
        </w:tc>
      </w:tr>
      <w:tr w:rsidR="001533FD" w:rsidRPr="008A16B3" w14:paraId="795AFBFC" w14:textId="77777777" w:rsidTr="009C5ED6">
        <w:trPr>
          <w:cantSplit/>
          <w:trHeight w:val="475"/>
        </w:trPr>
        <w:tc>
          <w:tcPr>
            <w:tcW w:w="2652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64B172F5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Zaprimanje i provjera</w:t>
            </w:r>
          </w:p>
        </w:tc>
        <w:tc>
          <w:tcPr>
            <w:tcW w:w="7349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069410F3" w14:textId="2973AD44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Datum: __________</w:t>
            </w:r>
            <w:r w:rsidR="00B95ACD" w:rsidRPr="008A16B3">
              <w:rPr>
                <w:color w:val="000000"/>
                <w:lang w:val="hr-HR"/>
              </w:rPr>
              <w:t>_</w:t>
            </w:r>
            <w:r w:rsidRPr="008A16B3">
              <w:rPr>
                <w:color w:val="000000"/>
                <w:lang w:val="hr-HR"/>
              </w:rPr>
              <w:t xml:space="preserve">   Pravodoban: ☐ da ☐ ne   Potpun: ☐ da ☐ ne   D</w:t>
            </w:r>
            <w:r w:rsidR="00125D06" w:rsidRPr="008A16B3">
              <w:rPr>
                <w:color w:val="000000"/>
                <w:lang w:val="hr-HR"/>
              </w:rPr>
              <w:t>atum dopune</w:t>
            </w:r>
            <w:r w:rsidRPr="008A16B3">
              <w:rPr>
                <w:color w:val="000000"/>
                <w:lang w:val="hr-HR"/>
              </w:rPr>
              <w:t>: __________</w:t>
            </w:r>
            <w:r w:rsidR="00B95ACD" w:rsidRPr="008A16B3">
              <w:rPr>
                <w:color w:val="000000"/>
                <w:lang w:val="hr-HR"/>
              </w:rPr>
              <w:t>_____</w:t>
            </w:r>
          </w:p>
        </w:tc>
      </w:tr>
      <w:tr w:rsidR="001533FD" w:rsidRPr="008A16B3" w14:paraId="33692EE5" w14:textId="77777777" w:rsidTr="009C5ED6">
        <w:trPr>
          <w:cantSplit/>
          <w:trHeight w:val="720"/>
        </w:trPr>
        <w:tc>
          <w:tcPr>
            <w:tcW w:w="2652" w:type="dxa"/>
            <w:shd w:val="clear" w:color="auto" w:fill="EEF5FA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3281FE37" w14:textId="77777777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b/>
                <w:color w:val="000000"/>
                <w:lang w:val="hr-HR"/>
              </w:rPr>
              <w:t>Prostor i napomena</w:t>
            </w:r>
          </w:p>
        </w:tc>
        <w:tc>
          <w:tcPr>
            <w:tcW w:w="7349" w:type="dxa"/>
            <w:gridSpan w:val="2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40024DA3" w14:textId="4CD05A8D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lang w:val="hr-HR"/>
              </w:rPr>
              <w:t>☐ raspoloživ   ☐ nije raspoloživ   Dvorana: __________________________</w:t>
            </w:r>
            <w:r w:rsidRPr="008A16B3">
              <w:rPr>
                <w:color w:val="000000"/>
                <w:lang w:val="hr-HR"/>
              </w:rPr>
              <w:br/>
              <w:t>Tehnička/logistička napomena: ___________________________________</w:t>
            </w:r>
          </w:p>
        </w:tc>
      </w:tr>
    </w:tbl>
    <w:p w14:paraId="6538E85F" w14:textId="77777777" w:rsidR="001533FD" w:rsidRPr="008A16B3" w:rsidRDefault="001533FD">
      <w:pPr>
        <w:spacing w:line="40" w:lineRule="exact"/>
        <w:rPr>
          <w:lang w:val="hr-HR"/>
        </w:rPr>
      </w:pPr>
    </w:p>
    <w:tbl>
      <w:tblPr>
        <w:tblW w:w="0" w:type="auto"/>
        <w:tblBorders>
          <w:top w:val="single" w:sz="10" w:space="0" w:color="1F4E78"/>
          <w:left w:val="single" w:sz="10" w:space="0" w:color="1F4E78"/>
          <w:bottom w:val="single" w:sz="10" w:space="0" w:color="1F4E78"/>
          <w:right w:val="single" w:sz="10" w:space="0" w:color="1F4E78"/>
          <w:insideH w:val="single" w:sz="5" w:space="0" w:color="AAB7C4"/>
          <w:insideV w:val="single" w:sz="5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9975"/>
      </w:tblGrid>
      <w:tr w:rsidR="001533FD" w:rsidRPr="008A16B3" w14:paraId="118CAD71" w14:textId="77777777">
        <w:trPr>
          <w:cantSplit/>
          <w:trHeight w:val="403"/>
        </w:trPr>
        <w:tc>
          <w:tcPr>
            <w:tcW w:w="9975" w:type="dxa"/>
            <w:shd w:val="clear" w:color="auto" w:fill="1F4E78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33774E7" w14:textId="77777777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FFFFFF"/>
                <w:sz w:val="22"/>
                <w:lang w:val="hr-HR"/>
              </w:rPr>
              <w:t>ODLUKA DEKANA</w:t>
            </w:r>
          </w:p>
        </w:tc>
      </w:tr>
      <w:tr w:rsidR="001533FD" w:rsidRPr="008A16B3" w14:paraId="14E0B065" w14:textId="77777777">
        <w:trPr>
          <w:cantSplit/>
          <w:trHeight w:val="446"/>
        </w:trPr>
        <w:tc>
          <w:tcPr>
            <w:tcW w:w="9975" w:type="dxa"/>
            <w:shd w:val="clear" w:color="auto" w:fill="F7FA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5CE694A0" w14:textId="77777777" w:rsidR="001533FD" w:rsidRPr="008A16B3" w:rsidRDefault="009C5ED6">
            <w:pPr>
              <w:spacing w:line="240" w:lineRule="auto"/>
              <w:jc w:val="center"/>
              <w:rPr>
                <w:lang w:val="hr-HR"/>
              </w:rPr>
            </w:pPr>
            <w:r w:rsidRPr="008A16B3">
              <w:rPr>
                <w:b/>
                <w:color w:val="1F4E78"/>
                <w:sz w:val="20"/>
                <w:lang w:val="hr-HR"/>
              </w:rPr>
              <w:t>☐ ODOBRAVA SE     ☐ ODOBRAVA SE UZ UVJETE     ☐ NE ODOBRAVA SE</w:t>
            </w:r>
          </w:p>
        </w:tc>
      </w:tr>
      <w:tr w:rsidR="001533FD" w:rsidRPr="008A16B3" w14:paraId="2C51112A" w14:textId="77777777" w:rsidTr="009C5ED6">
        <w:trPr>
          <w:cantSplit/>
          <w:trHeight w:val="1523"/>
        </w:trPr>
        <w:tc>
          <w:tcPr>
            <w:tcW w:w="9975" w:type="dxa"/>
            <w:shd w:val="clear" w:color="auto" w:fill="F7FAFC"/>
            <w:tcMar>
              <w:top w:w="35" w:type="dxa"/>
              <w:left w:w="75" w:type="dxa"/>
              <w:bottom w:w="35" w:type="dxa"/>
              <w:right w:w="75" w:type="dxa"/>
            </w:tcMar>
            <w:vAlign w:val="center"/>
          </w:tcPr>
          <w:p w14:paraId="7F873D18" w14:textId="6F992CD5" w:rsidR="009C5ED6" w:rsidRPr="008A16B3" w:rsidRDefault="009C5ED6">
            <w:pPr>
              <w:spacing w:line="240" w:lineRule="auto"/>
              <w:rPr>
                <w:color w:val="000000"/>
                <w:sz w:val="18"/>
                <w:lang w:val="hr-HR"/>
              </w:rPr>
            </w:pPr>
            <w:r w:rsidRPr="008A16B3">
              <w:rPr>
                <w:color w:val="000000"/>
                <w:sz w:val="18"/>
                <w:lang w:val="hr-HR"/>
              </w:rPr>
              <w:t>Uvjeti/obrazloženje:</w:t>
            </w:r>
            <w:r w:rsidRPr="008A16B3">
              <w:rPr>
                <w:color w:val="000000"/>
                <w:sz w:val="18"/>
                <w:lang w:val="hr-HR"/>
              </w:rPr>
              <w:br/>
              <w:t>_______________________________________________________________________________________________________________</w:t>
            </w:r>
          </w:p>
          <w:p w14:paraId="0ADBC63F" w14:textId="57876053" w:rsidR="001533FD" w:rsidRPr="008A16B3" w:rsidRDefault="009C5ED6">
            <w:pPr>
              <w:spacing w:line="240" w:lineRule="auto"/>
              <w:rPr>
                <w:lang w:val="hr-HR"/>
              </w:rPr>
            </w:pPr>
            <w:r w:rsidRPr="008A16B3">
              <w:rPr>
                <w:color w:val="000000"/>
                <w:sz w:val="18"/>
                <w:lang w:val="hr-HR"/>
              </w:rPr>
              <w:br/>
              <w:t>Datum odluke: ____________________     Potpis dekana: ______________________________</w:t>
            </w:r>
          </w:p>
        </w:tc>
      </w:tr>
    </w:tbl>
    <w:p w14:paraId="3D0C4D87" w14:textId="77777777" w:rsidR="001533FD" w:rsidRPr="008A16B3" w:rsidRDefault="009C5ED6">
      <w:pPr>
        <w:spacing w:before="80"/>
        <w:rPr>
          <w:lang w:val="hr-HR"/>
        </w:rPr>
      </w:pPr>
      <w:r w:rsidRPr="008A16B3">
        <w:rPr>
          <w:i/>
          <w:color w:val="5D6B78"/>
          <w:sz w:val="16"/>
          <w:lang w:val="hr-HR"/>
        </w:rPr>
        <w:t>Nakon odluke podnositelju se dostavlja obavijest, a odobreni termin i prostor prosljeđuju se nadležnim službama.</w:t>
      </w:r>
    </w:p>
    <w:sectPr w:rsidR="001533FD" w:rsidRPr="008A16B3" w:rsidSect="00034616">
      <w:headerReference w:type="default" r:id="rId8"/>
      <w:footerReference w:type="default" r:id="rId9"/>
      <w:pgSz w:w="11905" w:h="16838"/>
      <w:pgMar w:top="2189" w:right="965" w:bottom="1368" w:left="965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D0831" w14:textId="77777777" w:rsidR="00E476DC" w:rsidRDefault="00E476DC">
      <w:pPr>
        <w:spacing w:line="240" w:lineRule="auto"/>
      </w:pPr>
      <w:r>
        <w:separator/>
      </w:r>
    </w:p>
  </w:endnote>
  <w:endnote w:type="continuationSeparator" w:id="0">
    <w:p w14:paraId="0CA04034" w14:textId="77777777" w:rsidR="00E476DC" w:rsidRDefault="00E476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9E98" w14:textId="77777777" w:rsidR="001533FD" w:rsidRDefault="009C5ED6">
    <w:pPr>
      <w:pStyle w:val="Podnoje"/>
      <w:jc w:val="center"/>
    </w:pPr>
    <w:r>
      <w:rPr>
        <w:noProof/>
      </w:rPr>
      <w:drawing>
        <wp:inline distT="0" distB="0" distL="0" distR="0" wp14:anchorId="719D673A" wp14:editId="3E8E16E1">
          <wp:extent cx="4572000" cy="867508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0" cy="86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C5A9" w14:textId="77777777" w:rsidR="00E476DC" w:rsidRDefault="00E476DC">
      <w:pPr>
        <w:spacing w:line="240" w:lineRule="auto"/>
      </w:pPr>
      <w:r>
        <w:separator/>
      </w:r>
    </w:p>
  </w:footnote>
  <w:footnote w:type="continuationSeparator" w:id="0">
    <w:p w14:paraId="3D3E30A1" w14:textId="77777777" w:rsidR="00E476DC" w:rsidRDefault="00E476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DA15" w14:textId="77777777" w:rsidR="001533FD" w:rsidRDefault="009C5ED6">
    <w:pPr>
      <w:pStyle w:val="Zaglavlje"/>
      <w:jc w:val="center"/>
    </w:pPr>
    <w:r>
      <w:rPr>
        <w:noProof/>
      </w:rPr>
      <w:drawing>
        <wp:inline distT="0" distB="0" distL="0" distR="0" wp14:anchorId="1DBFF659" wp14:editId="685A773E">
          <wp:extent cx="6272784" cy="11046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72784" cy="11046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2E4"/>
    <w:rsid w:val="00125D06"/>
    <w:rsid w:val="0014212D"/>
    <w:rsid w:val="0015074B"/>
    <w:rsid w:val="001533FD"/>
    <w:rsid w:val="0029639D"/>
    <w:rsid w:val="002A3F0D"/>
    <w:rsid w:val="00326F90"/>
    <w:rsid w:val="00356A02"/>
    <w:rsid w:val="00410DE5"/>
    <w:rsid w:val="005442E4"/>
    <w:rsid w:val="00646556"/>
    <w:rsid w:val="008A16B3"/>
    <w:rsid w:val="0096759E"/>
    <w:rsid w:val="009C5ED6"/>
    <w:rsid w:val="00A02DED"/>
    <w:rsid w:val="00A07DEE"/>
    <w:rsid w:val="00A11CAA"/>
    <w:rsid w:val="00A30335"/>
    <w:rsid w:val="00AA1D8D"/>
    <w:rsid w:val="00B47730"/>
    <w:rsid w:val="00B95ACD"/>
    <w:rsid w:val="00C65C5D"/>
    <w:rsid w:val="00CB0664"/>
    <w:rsid w:val="00E476DC"/>
    <w:rsid w:val="00EC2B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B7859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7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2867</Characters>
  <Application>Microsoft Office Word</Application>
  <DocSecurity>0</DocSecurity>
  <Lines>23</Lines>
  <Paragraphs>6</Paragraphs>
  <ScaleCrop>false</ScaleCrop>
  <Manager/>
  <Company/>
  <LinksUpToDate>false</LinksUpToDate>
  <CharactersWithSpaces>3363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2026-09-25T07:40:00Z</dcterms:created>
  <dcterms:modified xsi:type="dcterms:W3CDTF">2026-09-25T07:40:00Z</dcterms:modified>
  <cp:category/>
</cp:coreProperties>
</file>